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Коммерческое предложение</w:t>
      </w:r>
    </w:p>
    <w:p>
      <w:r>
        <w:t>[Ваше имя или название студии] · [телефон] · [Telegram] · [сайт]</w:t>
      </w:r>
    </w:p>
    <w:p>
      <w:r>
        <w:t>Для: [имя клиента, компания] · Дата: [дд.мм.гггг]</w:t>
      </w:r>
    </w:p>
    <w:p>
      <w:pPr>
        <w:pStyle w:val="Heading2"/>
      </w:pPr>
      <w:r>
        <w:t>1. Заголовок с результатом</w:t>
      </w:r>
    </w:p>
    <w:p>
      <w:r>
        <w:t>[Что получит клиент, а не что вы делаете. Например: «Сайт, который приводит заявки на ремонт ванных», а не «Разработка сайта»]</w:t>
      </w:r>
    </w:p>
    <w:p>
      <w:pPr>
        <w:pStyle w:val="Heading2"/>
      </w:pPr>
      <w:r>
        <w:t>2. Ваша задача</w:t>
      </w:r>
    </w:p>
    <w:p>
      <w:r>
        <w:t>[2–3 предложения словами клиента: что он хочет и что мешает сейчас. Возьмите из переписки или созвона]</w:t>
      </w:r>
    </w:p>
    <w:p>
      <w:pPr>
        <w:pStyle w:val="Heading2"/>
      </w:pPr>
      <w:r>
        <w:t>3. Что я предлагаю</w:t>
      </w:r>
    </w:p>
    <w:p>
      <w:r>
        <w:t>[Решение в 3–5 строках: что сделаете и почему именно так]</w:t>
      </w:r>
    </w:p>
    <w:p>
      <w:pPr>
        <w:pStyle w:val="Heading2"/>
      </w:pPr>
      <w:r>
        <w:t>4. Что входит и сроки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Этап</w:t>
            </w:r>
          </w:p>
        </w:tc>
        <w:tc>
          <w:tcPr>
            <w:tcW w:type="dxa" w:w="2880"/>
          </w:tcPr>
          <w:p>
            <w:r>
              <w:rPr>
                <w:b/>
              </w:rPr>
              <w:t>Что делаю</w:t>
            </w:r>
          </w:p>
        </w:tc>
        <w:tc>
          <w:tcPr>
            <w:tcW w:type="dxa" w:w="2880"/>
          </w:tcPr>
          <w:p>
            <w:r>
              <w:rPr>
                <w:b/>
              </w:rPr>
              <w:t>Срок</w:t>
            </w:r>
          </w:p>
        </w:tc>
      </w:tr>
      <w:tr>
        <w:tc>
          <w:tcPr>
            <w:tcW w:type="dxa" w:w="2880"/>
          </w:tcPr>
          <w:p>
            <w:r>
              <w:t>[1]</w:t>
            </w:r>
          </w:p>
        </w:tc>
        <w:tc>
          <w:tcPr>
            <w:tcW w:type="dxa" w:w="2880"/>
          </w:tcPr>
          <w:p>
            <w:r>
              <w:t>[например: структура и прототип]</w:t>
            </w:r>
          </w:p>
        </w:tc>
        <w:tc>
          <w:tcPr>
            <w:tcW w:type="dxa" w:w="2880"/>
          </w:tcPr>
          <w:p>
            <w:r>
              <w:t>[дней]</w:t>
            </w:r>
          </w:p>
        </w:tc>
      </w:tr>
      <w:tr>
        <w:tc>
          <w:tcPr>
            <w:tcW w:type="dxa" w:w="2880"/>
          </w:tcPr>
          <w:p>
            <w:r>
              <w:t>[2]</w:t>
            </w:r>
          </w:p>
        </w:tc>
        <w:tc>
          <w:tcPr>
            <w:tcW w:type="dxa" w:w="2880"/>
          </w:tcPr>
          <w:p>
            <w:r>
              <w:t>[дизайн и вёрстка]</w:t>
            </w:r>
          </w:p>
        </w:tc>
        <w:tc>
          <w:tcPr>
            <w:tcW w:type="dxa" w:w="2880"/>
          </w:tcPr>
          <w:p>
            <w:r>
              <w:t>[дней]</w:t>
            </w:r>
          </w:p>
        </w:tc>
      </w:tr>
      <w:tr>
        <w:tc>
          <w:tcPr>
            <w:tcW w:type="dxa" w:w="2880"/>
          </w:tcPr>
          <w:p>
            <w:r>
              <w:t>[3]</w:t>
            </w:r>
          </w:p>
        </w:tc>
        <w:tc>
          <w:tcPr>
            <w:tcW w:type="dxa" w:w="2880"/>
          </w:tcPr>
          <w:p>
            <w:r>
              <w:t>[тексты, запуск, подключение аналитики]</w:t>
            </w:r>
          </w:p>
        </w:tc>
        <w:tc>
          <w:tcPr>
            <w:tcW w:type="dxa" w:w="2880"/>
          </w:tcPr>
          <w:p>
            <w:r>
              <w:t>[дней]</w:t>
            </w:r>
          </w:p>
        </w:tc>
      </w:tr>
      <w:tr>
        <w:tc>
          <w:tcPr>
            <w:tcW w:type="dxa" w:w="2880"/>
          </w:tcPr>
          <w:p>
            <w:r>
              <w:t>[4]</w:t>
            </w:r>
          </w:p>
        </w:tc>
        <w:tc>
          <w:tcPr>
            <w:tcW w:type="dxa" w:w="2880"/>
          </w:tcPr>
          <w:p>
            <w:r>
              <w:t>[что после запуска]</w:t>
            </w:r>
          </w:p>
        </w:tc>
        <w:tc>
          <w:tcPr>
            <w:tcW w:type="dxa" w:w="2880"/>
          </w:tcPr>
          <w:p>
            <w:r>
              <w:t>[дней]</w:t>
            </w:r>
          </w:p>
        </w:tc>
      </w:tr>
    </w:tbl>
    <w:p>
      <w:pPr>
        <w:pStyle w:val="Heading2"/>
      </w:pPr>
      <w:r>
        <w:t>5. Стоимость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Вариант</w:t>
            </w:r>
          </w:p>
        </w:tc>
        <w:tc>
          <w:tcPr>
            <w:tcW w:type="dxa" w:w="2880"/>
          </w:tcPr>
          <w:p>
            <w:r>
              <w:rPr>
                <w:b/>
              </w:rPr>
              <w:t>Что входит</w:t>
            </w:r>
          </w:p>
        </w:tc>
        <w:tc>
          <w:tcPr>
            <w:tcW w:type="dxa" w:w="2880"/>
          </w:tcPr>
          <w:p>
            <w:r>
              <w:rPr>
                <w:b/>
              </w:rPr>
              <w:t>Цена</w:t>
            </w:r>
          </w:p>
        </w:tc>
      </w:tr>
      <w:tr>
        <w:tc>
          <w:tcPr>
            <w:tcW w:type="dxa" w:w="2880"/>
          </w:tcPr>
          <w:p>
            <w:r>
              <w:t>Базовый</w:t>
            </w:r>
          </w:p>
        </w:tc>
        <w:tc>
          <w:tcPr>
            <w:tcW w:type="dxa" w:w="2880"/>
          </w:tcPr>
          <w:p>
            <w:r>
              <w:t>[минимум, который решает задачу]</w:t>
            </w:r>
          </w:p>
        </w:tc>
        <w:tc>
          <w:tcPr>
            <w:tcW w:type="dxa" w:w="2880"/>
          </w:tcPr>
          <w:p>
            <w:r>
              <w:t>[сумма]</w:t>
            </w:r>
          </w:p>
        </w:tc>
      </w:tr>
      <w:tr>
        <w:tc>
          <w:tcPr>
            <w:tcW w:type="dxa" w:w="2880"/>
          </w:tcPr>
          <w:p>
            <w:r>
              <w:t>Оптимальный</w:t>
            </w:r>
          </w:p>
        </w:tc>
        <w:tc>
          <w:tcPr>
            <w:tcW w:type="dxa" w:w="2880"/>
          </w:tcPr>
          <w:p>
            <w:r>
              <w:t>[базовый + то, что чаще всего берут]</w:t>
            </w:r>
          </w:p>
        </w:tc>
        <w:tc>
          <w:tcPr>
            <w:tcW w:type="dxa" w:w="2880"/>
          </w:tcPr>
          <w:p>
            <w:r>
              <w:t>[сумма]</w:t>
            </w:r>
          </w:p>
        </w:tc>
      </w:tr>
      <w:tr>
        <w:tc>
          <w:tcPr>
            <w:tcW w:type="dxa" w:w="2880"/>
          </w:tcPr>
          <w:p>
            <w:r>
              <w:t>Максимум</w:t>
            </w:r>
          </w:p>
        </w:tc>
        <w:tc>
          <w:tcPr>
            <w:tcW w:type="dxa" w:w="2880"/>
          </w:tcPr>
          <w:p>
            <w:r>
              <w:t>[всё под ключ]</w:t>
            </w:r>
          </w:p>
        </w:tc>
        <w:tc>
          <w:tcPr>
            <w:tcW w:type="dxa" w:w="2880"/>
          </w:tcPr>
          <w:p>
            <w:r>
              <w:t>[сумма]</w:t>
            </w:r>
          </w:p>
        </w:tc>
      </w:tr>
    </w:tbl>
    <w:p>
      <w:r>
        <w:t>[Условия оплаты: предоплата, этапы. Что не входит в цену]</w:t>
      </w:r>
    </w:p>
    <w:p>
      <w:pPr>
        <w:pStyle w:val="Heading2"/>
      </w:pPr>
      <w:r>
        <w:t>6. Почему я</w:t>
      </w:r>
    </w:p>
    <w:p>
      <w:r>
        <w:t>[Опыт одной строкой, 1–3 похожих работы со ссылками, отзыв клиента — только реальные]</w:t>
      </w:r>
    </w:p>
    <w:p>
      <w:pPr>
        <w:pStyle w:val="Heading2"/>
      </w:pPr>
      <w:r>
        <w:t>7. Что нужно от вас</w:t>
      </w:r>
    </w:p>
    <w:p>
      <w:r>
        <w:t>[Доступы, материалы, фото, кто принимает решения, сроки ответа]</w:t>
      </w:r>
    </w:p>
    <w:p>
      <w:pPr>
        <w:pStyle w:val="Heading2"/>
      </w:pPr>
      <w:r>
        <w:t>8. Срок действия предложения</w:t>
      </w:r>
    </w:p>
    <w:p>
      <w:r>
        <w:t>Предложение действует до [дата].</w:t>
      </w:r>
    </w:p>
    <w:p>
      <w:pPr>
        <w:pStyle w:val="Heading2"/>
      </w:pPr>
      <w:r>
        <w:t>9. Следующий шаг</w:t>
      </w:r>
    </w:p>
    <w:p>
      <w:r>
        <w:t>[Одно конкретное действие: «Ответьте „да“ в Telegram, и я пришлю договор» или «Созвон 15 минут в [день]»]</w:t>
      </w:r>
    </w:p>
    <w:p>
      <w:r>
        <w:rPr>
          <w:i/>
          <w:color w:val="777777"/>
          <w:sz w:val="18"/>
        </w:rPr>
        <w:t>Шаблон: Дмитрий Гугуян, dmgug.ru/blog/kommercheskoe-predlozhenie/. Удалите подсказки в квадратных скобках перед отправкой.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